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337D4" w14:textId="7008DE8F" w:rsidR="00213E1F" w:rsidRDefault="007F48F7">
      <w:pPr>
        <w:pStyle w:val="Ttulo1"/>
        <w:rPr>
          <w:lang w:val="es-CL"/>
        </w:rPr>
      </w:pPr>
      <w:r>
        <w:rPr>
          <w:lang w:val="es-CL"/>
        </w:rPr>
        <w:t>S</w:t>
      </w:r>
      <w:r w:rsidR="00245674" w:rsidRPr="008A7FA6">
        <w:rPr>
          <w:lang w:val="es-CL"/>
        </w:rPr>
        <w:t>INDICATO DE PROFESIONALES DE CHUQUICAMATA</w:t>
      </w:r>
    </w:p>
    <w:p w14:paraId="7722A367" w14:textId="74CD1FE7" w:rsidR="00D54DA8" w:rsidRPr="00D54DA8" w:rsidRDefault="003E1360">
      <w:pPr>
        <w:rPr>
          <w:b/>
          <w:bCs/>
          <w:sz w:val="28"/>
          <w:szCs w:val="28"/>
          <w:lang w:val="es-CL"/>
        </w:rPr>
      </w:pPr>
      <w:r w:rsidRPr="003E1360">
        <w:rPr>
          <w:b/>
          <w:bCs/>
          <w:sz w:val="28"/>
          <w:szCs w:val="28"/>
          <w:lang w:val="es-CL"/>
        </w:rPr>
        <w:t>FORMULARIO DE INSCRIPCIÓN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58"/>
        <w:gridCol w:w="2024"/>
        <w:gridCol w:w="2024"/>
        <w:gridCol w:w="2024"/>
      </w:tblGrid>
      <w:tr w:rsidR="00D54DA8" w14:paraId="1D9720BD" w14:textId="77E164F9" w:rsidTr="00753D42">
        <w:tc>
          <w:tcPr>
            <w:tcW w:w="2558" w:type="dxa"/>
          </w:tcPr>
          <w:p w14:paraId="4881D9CC" w14:textId="06CF2547" w:rsidR="00D54DA8" w:rsidRDefault="00D54DA8">
            <w:pPr>
              <w:rPr>
                <w:lang w:val="es-CL"/>
              </w:rPr>
            </w:pPr>
            <w:r w:rsidRPr="008A7FA6">
              <w:rPr>
                <w:lang w:val="es-CL"/>
              </w:rPr>
              <w:t xml:space="preserve">Nombre Completo: </w:t>
            </w:r>
          </w:p>
        </w:tc>
        <w:tc>
          <w:tcPr>
            <w:tcW w:w="6072" w:type="dxa"/>
            <w:gridSpan w:val="3"/>
          </w:tcPr>
          <w:p w14:paraId="15EAFDBA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0B68F96F" w14:textId="73148436" w:rsidTr="00D54DA8">
        <w:tc>
          <w:tcPr>
            <w:tcW w:w="2558" w:type="dxa"/>
          </w:tcPr>
          <w:p w14:paraId="49CFA4B6" w14:textId="2E2EE4E8" w:rsidR="00D54DA8" w:rsidRDefault="00D54DA8">
            <w:pPr>
              <w:rPr>
                <w:lang w:val="es-CL"/>
              </w:rPr>
            </w:pPr>
            <w:r>
              <w:rPr>
                <w:lang w:val="es-CL"/>
              </w:rPr>
              <w:t>Número SAP:</w:t>
            </w:r>
          </w:p>
        </w:tc>
        <w:tc>
          <w:tcPr>
            <w:tcW w:w="2024" w:type="dxa"/>
          </w:tcPr>
          <w:p w14:paraId="3DEEC0D8" w14:textId="77777777" w:rsidR="00D54DA8" w:rsidRDefault="00D54DA8">
            <w:pPr>
              <w:rPr>
                <w:lang w:val="es-CL"/>
              </w:rPr>
            </w:pPr>
          </w:p>
        </w:tc>
        <w:tc>
          <w:tcPr>
            <w:tcW w:w="2024" w:type="dxa"/>
          </w:tcPr>
          <w:p w14:paraId="7520FBEF" w14:textId="58105D10" w:rsidR="00D54DA8" w:rsidRDefault="00D54DA8">
            <w:pPr>
              <w:rPr>
                <w:lang w:val="es-CL"/>
              </w:rPr>
            </w:pPr>
            <w:r w:rsidRPr="008A7FA6">
              <w:rPr>
                <w:lang w:val="es-CL"/>
              </w:rPr>
              <w:t xml:space="preserve">RUT: </w:t>
            </w:r>
            <w:r>
              <w:rPr>
                <w:lang w:val="es-CL"/>
              </w:rPr>
              <w:t xml:space="preserve">    </w:t>
            </w:r>
          </w:p>
        </w:tc>
        <w:tc>
          <w:tcPr>
            <w:tcW w:w="2024" w:type="dxa"/>
          </w:tcPr>
          <w:p w14:paraId="0D6DE475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1FCD8030" w14:textId="4BE20DE2" w:rsidTr="00D54DA8">
        <w:tc>
          <w:tcPr>
            <w:tcW w:w="2558" w:type="dxa"/>
          </w:tcPr>
          <w:p w14:paraId="5535DE6E" w14:textId="730D714B" w:rsidR="00D54DA8" w:rsidRDefault="00D54DA8">
            <w:pPr>
              <w:rPr>
                <w:lang w:val="es-CL"/>
              </w:rPr>
            </w:pPr>
            <w:r>
              <w:rPr>
                <w:lang w:val="es-CL"/>
              </w:rPr>
              <w:t>Nacionalidad:</w:t>
            </w:r>
          </w:p>
        </w:tc>
        <w:tc>
          <w:tcPr>
            <w:tcW w:w="2024" w:type="dxa"/>
          </w:tcPr>
          <w:p w14:paraId="0EA30A44" w14:textId="77777777" w:rsidR="00D54DA8" w:rsidRDefault="00D54DA8">
            <w:pPr>
              <w:rPr>
                <w:lang w:val="es-CL"/>
              </w:rPr>
            </w:pPr>
          </w:p>
        </w:tc>
        <w:tc>
          <w:tcPr>
            <w:tcW w:w="2024" w:type="dxa"/>
          </w:tcPr>
          <w:p w14:paraId="3A3B657A" w14:textId="4FE563B5" w:rsidR="00D54DA8" w:rsidRDefault="00D54DA8">
            <w:pPr>
              <w:rPr>
                <w:lang w:val="es-CL"/>
              </w:rPr>
            </w:pPr>
            <w:r w:rsidRPr="008A7FA6">
              <w:rPr>
                <w:lang w:val="es-CL"/>
              </w:rPr>
              <w:t>Fecha de Nacimiento:</w:t>
            </w:r>
            <w:r>
              <w:rPr>
                <w:lang w:val="es-CL"/>
              </w:rPr>
              <w:t xml:space="preserve">     </w:t>
            </w:r>
          </w:p>
        </w:tc>
        <w:tc>
          <w:tcPr>
            <w:tcW w:w="2024" w:type="dxa"/>
          </w:tcPr>
          <w:p w14:paraId="13B0D303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3E15BA47" w14:textId="019BDDD4" w:rsidTr="00E54CE3">
        <w:tc>
          <w:tcPr>
            <w:tcW w:w="2558" w:type="dxa"/>
          </w:tcPr>
          <w:p w14:paraId="29BB6EBB" w14:textId="53793E4A" w:rsidR="00D54DA8" w:rsidRDefault="00D54DA8">
            <w:pPr>
              <w:rPr>
                <w:lang w:val="es-CL"/>
              </w:rPr>
            </w:pPr>
            <w:r w:rsidRPr="008A7FA6">
              <w:rPr>
                <w:lang w:val="es-CL"/>
              </w:rPr>
              <w:t>Estado Civil</w:t>
            </w:r>
            <w:r>
              <w:rPr>
                <w:lang w:val="es-CL"/>
              </w:rPr>
              <w:t xml:space="preserve">:           </w:t>
            </w:r>
          </w:p>
        </w:tc>
        <w:tc>
          <w:tcPr>
            <w:tcW w:w="6072" w:type="dxa"/>
            <w:gridSpan w:val="3"/>
          </w:tcPr>
          <w:p w14:paraId="4DCBC2FF" w14:textId="6D5779B7" w:rsidR="00D54DA8" w:rsidRDefault="00D54DA8">
            <w:pPr>
              <w:rPr>
                <w:lang w:val="es-CL"/>
              </w:rPr>
            </w:pPr>
            <w:sdt>
              <w:sdtPr>
                <w:rPr>
                  <w:lang w:val="es-CL"/>
                </w:rPr>
                <w:id w:val="-1561161855"/>
                <w:placeholder>
                  <w:docPart w:val="C054BD48A32949449D6950F08D0DD7A9"/>
                </w:placeholder>
                <w:showingPlcHdr/>
                <w:dropDownList>
                  <w:listItem w:value="Elija un elemento."/>
                  <w:listItem w:displayText="Casado(a)" w:value="Casado(a)"/>
                  <w:listItem w:displayText="Divorciado(a)" w:value="Divorciado(a)"/>
                  <w:listItem w:displayText="soltero(a)" w:value="soltero(a)"/>
                  <w:listItem w:displayText="conviviente civil" w:value="conviviente civil"/>
                  <w:listItem w:displayText="Viudo(a)" w:value="Viudo(a)"/>
                </w:dropDownList>
              </w:sdtPr>
              <w:sdtContent>
                <w:r w:rsidRPr="00B20A57">
                  <w:rPr>
                    <w:rStyle w:val="Textodelmarcadordeposicin"/>
                    <w:lang w:val="es-CL"/>
                  </w:rPr>
                  <w:t>Elija un elemento.</w:t>
                </w:r>
              </w:sdtContent>
            </w:sdt>
          </w:p>
        </w:tc>
      </w:tr>
      <w:tr w:rsidR="00D54DA8" w14:paraId="2B547662" w14:textId="1D048EE6" w:rsidTr="00D91F04">
        <w:tc>
          <w:tcPr>
            <w:tcW w:w="2558" w:type="dxa"/>
          </w:tcPr>
          <w:p w14:paraId="62980EBB" w14:textId="7CC6F8A5" w:rsidR="00D54DA8" w:rsidRDefault="00D54DA8">
            <w:pPr>
              <w:rPr>
                <w:lang w:val="es-CL"/>
              </w:rPr>
            </w:pPr>
            <w:r>
              <w:rPr>
                <w:lang w:val="es-CL"/>
              </w:rPr>
              <w:t xml:space="preserve">Profesión:  </w:t>
            </w:r>
          </w:p>
        </w:tc>
        <w:tc>
          <w:tcPr>
            <w:tcW w:w="6072" w:type="dxa"/>
            <w:gridSpan w:val="3"/>
          </w:tcPr>
          <w:p w14:paraId="15E1C037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1B34ACFF" w14:textId="1097BBF3" w:rsidTr="00285F00">
        <w:tc>
          <w:tcPr>
            <w:tcW w:w="2558" w:type="dxa"/>
          </w:tcPr>
          <w:p w14:paraId="624E5767" w14:textId="00AEEC53" w:rsidR="00D54DA8" w:rsidRDefault="00D54DA8">
            <w:pPr>
              <w:rPr>
                <w:lang w:val="es-CL"/>
              </w:rPr>
            </w:pPr>
            <w:r>
              <w:rPr>
                <w:lang w:val="es-CL"/>
              </w:rPr>
              <w:t>Lugar de Trabajo:</w:t>
            </w:r>
          </w:p>
        </w:tc>
        <w:tc>
          <w:tcPr>
            <w:tcW w:w="6072" w:type="dxa"/>
            <w:gridSpan w:val="3"/>
          </w:tcPr>
          <w:p w14:paraId="58BF2B6E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0A8B68E0" w14:textId="77777777" w:rsidTr="00285F00">
        <w:tc>
          <w:tcPr>
            <w:tcW w:w="2558" w:type="dxa"/>
          </w:tcPr>
          <w:p w14:paraId="35A1F6F4" w14:textId="51ACCF71" w:rsidR="00D54DA8" w:rsidRDefault="00D54DA8" w:rsidP="00D54DA8">
            <w:pPr>
              <w:rPr>
                <w:lang w:val="es-CL"/>
              </w:rPr>
            </w:pPr>
            <w:r>
              <w:rPr>
                <w:lang w:val="es-CL"/>
              </w:rPr>
              <w:t xml:space="preserve">Gerencia:                                          </w:t>
            </w:r>
          </w:p>
        </w:tc>
        <w:tc>
          <w:tcPr>
            <w:tcW w:w="6072" w:type="dxa"/>
            <w:gridSpan w:val="3"/>
          </w:tcPr>
          <w:p w14:paraId="218BC82F" w14:textId="1AAA03F5" w:rsidR="00D54DA8" w:rsidRDefault="00D54DA8">
            <w:pPr>
              <w:rPr>
                <w:lang w:val="es-CL"/>
              </w:rPr>
            </w:pPr>
            <w:sdt>
              <w:sdtPr>
                <w:rPr>
                  <w:lang w:val="es-CL"/>
                </w:rPr>
                <w:id w:val="708760656"/>
                <w:placeholder>
                  <w:docPart w:val="86F56202401F4B058309EBF2895E9F49"/>
                </w:placeholder>
                <w:showingPlcHdr/>
                <w:dropDownList>
                  <w:listItem w:value="Elija un elemento."/>
                  <w:listItem w:displayText="Dirección Riesgo y Control" w:value="Dirección Riesgo y Control"/>
                  <w:listItem w:displayText="Gerencia de Administración" w:value="Gerencia de Administración"/>
                  <w:listItem w:displayText="Gerencia Asunt. Com. y Sust. Distr." w:value="Gerencia Asunt. Com. y Sust. Distr."/>
                  <w:listItem w:displayText="Gerencia de Gestión de Personas" w:value="Gerencia de Gestión de Personas"/>
                  <w:listItem w:displayText="Gerencia de Recursos Mineros y Desarrollo" w:value="Gerencia de Recursos Mineros y Desarrollo"/>
                  <w:listItem w:displayText="Gerencia de Seguridad y Salud Ocupaciona" w:value="Gerencia de Seguridad y Salud Ocupaciona"/>
                  <w:listItem w:displayText="Gerencia Hospital del Cobre" w:value="Gerencia Hospital del Cobre"/>
                  <w:listItem w:displayText="Gerencia de Operaciones" w:value="Gerencia de Operaciones"/>
                  <w:listItem w:displayText="Gerencia Aguas y Relaves" w:value="Gerencia Aguas y Relaves"/>
                  <w:listItem w:displayText="Gerencia de Extracción y Lixiviación" w:value="Gerencia de Extracción y Lixiviación"/>
                  <w:listItem w:displayText="Gerencia de Fundición" w:value="Gerencia de Fundición"/>
                  <w:listItem w:displayText="Gerencia de Mantenimiento Mina Subterránea" w:value="Gerencia de Mantenimiento Mina Subterránea"/>
                  <w:listItem w:displayText="Gerencia de Mina Chuquicamata" w:value="Gerencia de Mina Chuquicamata"/>
                  <w:listItem w:displayText="Gerencia de Proyectos" w:value="Gerencia de Proyectos"/>
                  <w:listItem w:displayText="Gerencia de Refinería" w:value="Gerencia de Refinería"/>
                  <w:listItem w:displayText="Gerencia de Servicios" w:value="Gerencia de Servicios"/>
                  <w:listItem w:displayText="Gerencia Mantenimiento Concentradora" w:value="Gerencia Mantenimiento Concentradora"/>
                  <w:listItem w:displayText="Gerencia Obras Mina Subterránea" w:value="Gerencia Obras Mina Subterránea"/>
                  <w:listItem w:displayText="Gerencia Ope. Mina Chuqui. Subterránea" w:value="Gerencia Ope. Mina Chuqui. Subterránea"/>
                  <w:listItem w:displayText="Gerencia Operación Concentradora" w:value="Gerencia Operación Concentradora"/>
                </w:dropDownList>
              </w:sdtPr>
              <w:sdtContent>
                <w:r w:rsidRPr="00A21B91">
                  <w:rPr>
                    <w:rStyle w:val="Textodelmarcadordeposicin"/>
                    <w:lang w:val="es-CL"/>
                  </w:rPr>
                  <w:t>Elija un elemento.</w:t>
                </w:r>
              </w:sdtContent>
            </w:sdt>
          </w:p>
        </w:tc>
      </w:tr>
      <w:tr w:rsidR="00D54DA8" w14:paraId="7B791AA3" w14:textId="77777777" w:rsidTr="00285F00">
        <w:tc>
          <w:tcPr>
            <w:tcW w:w="2558" w:type="dxa"/>
          </w:tcPr>
          <w:p w14:paraId="21431CE3" w14:textId="6D9F1118" w:rsidR="00D54DA8" w:rsidRDefault="00D54DA8" w:rsidP="00D54DA8">
            <w:pPr>
              <w:rPr>
                <w:lang w:val="es-CL"/>
              </w:rPr>
            </w:pPr>
            <w:r>
              <w:rPr>
                <w:lang w:val="es-CL"/>
              </w:rPr>
              <w:t>Cargo que Desempeña:</w:t>
            </w:r>
          </w:p>
        </w:tc>
        <w:tc>
          <w:tcPr>
            <w:tcW w:w="6072" w:type="dxa"/>
            <w:gridSpan w:val="3"/>
          </w:tcPr>
          <w:p w14:paraId="26B7FD31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018CA0A0" w14:textId="77777777" w:rsidTr="00285F00">
        <w:tc>
          <w:tcPr>
            <w:tcW w:w="2558" w:type="dxa"/>
          </w:tcPr>
          <w:p w14:paraId="6FFFD73F" w14:textId="3CAB11CA" w:rsidR="00D54DA8" w:rsidRDefault="00D54DA8" w:rsidP="00D54DA8">
            <w:pPr>
              <w:rPr>
                <w:lang w:val="es-CL"/>
              </w:rPr>
            </w:pPr>
            <w:r w:rsidRPr="008A7FA6">
              <w:rPr>
                <w:lang w:val="es-CL"/>
              </w:rPr>
              <w:t xml:space="preserve">Contrato: </w:t>
            </w:r>
          </w:p>
        </w:tc>
        <w:tc>
          <w:tcPr>
            <w:tcW w:w="6072" w:type="dxa"/>
            <w:gridSpan w:val="3"/>
          </w:tcPr>
          <w:p w14:paraId="44F18BCA" w14:textId="50C64C55" w:rsidR="00D54DA8" w:rsidRDefault="00D54DA8">
            <w:pPr>
              <w:rPr>
                <w:lang w:val="es-CL"/>
              </w:rPr>
            </w:pPr>
            <w:sdt>
              <w:sdtPr>
                <w:rPr>
                  <w:lang w:val="es-CL"/>
                </w:rPr>
                <w:id w:val="-521166741"/>
                <w:placeholder>
                  <w:docPart w:val="E1DF9872775E48979172D762E60A625E"/>
                </w:placeholder>
                <w:showingPlcHdr/>
                <w:dropDownList>
                  <w:listItem w:value="Elija un elemento."/>
                  <w:listItem w:displayText="Temporal" w:value="Temporal"/>
                  <w:listItem w:displayText="Indefinido" w:value="Indefinido"/>
                </w:dropDownList>
              </w:sdtPr>
              <w:sdtContent>
                <w:r w:rsidRPr="00A21B91">
                  <w:rPr>
                    <w:rStyle w:val="Textodelmarcadordeposicin"/>
                    <w:lang w:val="es-CL"/>
                  </w:rPr>
                  <w:t>Elija un elemento.</w:t>
                </w:r>
              </w:sdtContent>
            </w:sdt>
          </w:p>
        </w:tc>
      </w:tr>
      <w:tr w:rsidR="00D54DA8" w14:paraId="380DECB4" w14:textId="77777777" w:rsidTr="00285F00">
        <w:tc>
          <w:tcPr>
            <w:tcW w:w="2558" w:type="dxa"/>
          </w:tcPr>
          <w:p w14:paraId="0AFABE3E" w14:textId="0A5FB25E" w:rsidR="00D54DA8" w:rsidRDefault="00D54DA8" w:rsidP="00D54DA8">
            <w:pPr>
              <w:tabs>
                <w:tab w:val="left" w:pos="3480"/>
              </w:tabs>
              <w:rPr>
                <w:lang w:val="es-CL"/>
              </w:rPr>
            </w:pPr>
            <w:r>
              <w:rPr>
                <w:lang w:val="es-CL"/>
              </w:rPr>
              <w:t>Fecha de Ingreso a la Empresa:</w:t>
            </w:r>
          </w:p>
        </w:tc>
        <w:tc>
          <w:tcPr>
            <w:tcW w:w="6072" w:type="dxa"/>
            <w:gridSpan w:val="3"/>
          </w:tcPr>
          <w:p w14:paraId="50611921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1870B2F0" w14:textId="77777777" w:rsidTr="00285F00">
        <w:tc>
          <w:tcPr>
            <w:tcW w:w="2558" w:type="dxa"/>
          </w:tcPr>
          <w:p w14:paraId="093E9228" w14:textId="144A8250" w:rsidR="00D54DA8" w:rsidRDefault="00D54DA8" w:rsidP="00D54DA8">
            <w:pPr>
              <w:rPr>
                <w:lang w:val="es-CL"/>
              </w:rPr>
            </w:pPr>
            <w:r>
              <w:rPr>
                <w:lang w:val="es-CL"/>
              </w:rPr>
              <w:t>Teléfono:</w:t>
            </w:r>
          </w:p>
        </w:tc>
        <w:tc>
          <w:tcPr>
            <w:tcW w:w="6072" w:type="dxa"/>
            <w:gridSpan w:val="3"/>
          </w:tcPr>
          <w:p w14:paraId="4079B710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3A2413FA" w14:textId="77777777" w:rsidTr="00285F00">
        <w:tc>
          <w:tcPr>
            <w:tcW w:w="2558" w:type="dxa"/>
          </w:tcPr>
          <w:p w14:paraId="368D57A9" w14:textId="7EE49CDB" w:rsidR="00D54DA8" w:rsidRDefault="00D54DA8" w:rsidP="00D54DA8">
            <w:pPr>
              <w:rPr>
                <w:lang w:val="es-CL"/>
              </w:rPr>
            </w:pPr>
            <w:r w:rsidRPr="008A7FA6">
              <w:rPr>
                <w:lang w:val="es-CL"/>
              </w:rPr>
              <w:t>Turno:</w:t>
            </w:r>
          </w:p>
        </w:tc>
        <w:tc>
          <w:tcPr>
            <w:tcW w:w="6072" w:type="dxa"/>
            <w:gridSpan w:val="3"/>
          </w:tcPr>
          <w:p w14:paraId="6768CA41" w14:textId="7CFF8903" w:rsidR="00D54DA8" w:rsidRDefault="00D54DA8">
            <w:pPr>
              <w:rPr>
                <w:lang w:val="es-CL"/>
              </w:rPr>
            </w:pPr>
            <w:sdt>
              <w:sdtPr>
                <w:rPr>
                  <w:lang w:val="es-CL"/>
                </w:rPr>
                <w:id w:val="48047393"/>
                <w:placeholder>
                  <w:docPart w:val="3974659DAE5D4C00A62C91E7579FB773"/>
                </w:placeholder>
                <w:showingPlcHdr/>
                <w:dropDownList>
                  <w:listItem w:value="Elija un elemento."/>
                  <w:listItem w:displayText="4x3" w:value="4x3"/>
                  <w:listItem w:displayText="7x7 A" w:value="7x7 A"/>
                  <w:listItem w:displayText="7x7 A/B" w:value="7x7 A/B"/>
                  <w:listItem w:displayText="4X4" w:value="4X4"/>
                  <w:listItem w:displayText="5X2" w:value="5X2"/>
                </w:dropDownList>
              </w:sdtPr>
              <w:sdtContent>
                <w:r w:rsidRPr="00837FD7">
                  <w:rPr>
                    <w:rStyle w:val="Textodelmarcadordeposicin"/>
                    <w:lang w:val="es-CL"/>
                  </w:rPr>
                  <w:t>Elija un elemento.</w:t>
                </w:r>
              </w:sdtContent>
            </w:sdt>
          </w:p>
        </w:tc>
      </w:tr>
      <w:tr w:rsidR="00D54DA8" w14:paraId="7749E04D" w14:textId="77777777" w:rsidTr="00285F00">
        <w:tc>
          <w:tcPr>
            <w:tcW w:w="2558" w:type="dxa"/>
          </w:tcPr>
          <w:p w14:paraId="70D15067" w14:textId="33868D85" w:rsidR="00D54DA8" w:rsidRDefault="00D54DA8" w:rsidP="00D54DA8">
            <w:pPr>
              <w:tabs>
                <w:tab w:val="left" w:pos="3480"/>
              </w:tabs>
              <w:rPr>
                <w:lang w:val="es-CL"/>
              </w:rPr>
            </w:pPr>
            <w:r w:rsidRPr="008A7FA6">
              <w:rPr>
                <w:lang w:val="es-CL"/>
              </w:rPr>
              <w:t xml:space="preserve">Contrato: </w:t>
            </w:r>
          </w:p>
        </w:tc>
        <w:tc>
          <w:tcPr>
            <w:tcW w:w="6072" w:type="dxa"/>
            <w:gridSpan w:val="3"/>
          </w:tcPr>
          <w:p w14:paraId="290671D6" w14:textId="73B9633C" w:rsidR="00D54DA8" w:rsidRDefault="00D54DA8">
            <w:pPr>
              <w:rPr>
                <w:lang w:val="es-CL"/>
              </w:rPr>
            </w:pPr>
            <w:sdt>
              <w:sdtPr>
                <w:rPr>
                  <w:lang w:val="es-CL"/>
                </w:rPr>
                <w:id w:val="389627551"/>
                <w:placeholder>
                  <w:docPart w:val="DE43DEA66C524B3780B32A51232F8473"/>
                </w:placeholder>
                <w:showingPlcHdr/>
                <w:dropDownList>
                  <w:listItem w:value="Elija un elemento."/>
                  <w:listItem w:displayText="Temporal" w:value="Temporal"/>
                  <w:listItem w:displayText="Indefinido" w:value="Indefinido"/>
                </w:dropDownList>
              </w:sdtPr>
              <w:sdtContent>
                <w:r w:rsidRPr="00A21B91">
                  <w:rPr>
                    <w:rStyle w:val="Textodelmarcadordeposicin"/>
                    <w:lang w:val="es-CL"/>
                  </w:rPr>
                  <w:t>Elija un elemento.</w:t>
                </w:r>
              </w:sdtContent>
            </w:sdt>
          </w:p>
        </w:tc>
      </w:tr>
      <w:tr w:rsidR="00D54DA8" w14:paraId="2712BC8F" w14:textId="77777777" w:rsidTr="00285F00">
        <w:tc>
          <w:tcPr>
            <w:tcW w:w="2558" w:type="dxa"/>
          </w:tcPr>
          <w:p w14:paraId="682EE7B3" w14:textId="0975F974" w:rsidR="00D54DA8" w:rsidRDefault="00D54DA8" w:rsidP="00D54DA8">
            <w:pPr>
              <w:tabs>
                <w:tab w:val="left" w:pos="3480"/>
              </w:tabs>
              <w:rPr>
                <w:lang w:val="es-CL"/>
              </w:rPr>
            </w:pPr>
            <w:r>
              <w:rPr>
                <w:lang w:val="es-CL"/>
              </w:rPr>
              <w:t xml:space="preserve">Email Corporativo:         </w:t>
            </w:r>
          </w:p>
        </w:tc>
        <w:tc>
          <w:tcPr>
            <w:tcW w:w="6072" w:type="dxa"/>
            <w:gridSpan w:val="3"/>
          </w:tcPr>
          <w:p w14:paraId="6A7BB66F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146CDB7E" w14:textId="77777777" w:rsidTr="00285F00">
        <w:tc>
          <w:tcPr>
            <w:tcW w:w="2558" w:type="dxa"/>
          </w:tcPr>
          <w:p w14:paraId="14D87392" w14:textId="0DEF8812" w:rsidR="00D54DA8" w:rsidRDefault="00D54DA8" w:rsidP="00D54DA8">
            <w:pPr>
              <w:rPr>
                <w:lang w:val="es-CL"/>
              </w:rPr>
            </w:pPr>
            <w:r>
              <w:rPr>
                <w:lang w:val="es-CL"/>
              </w:rPr>
              <w:t xml:space="preserve">Dirección de Residencia:         </w:t>
            </w:r>
          </w:p>
        </w:tc>
        <w:tc>
          <w:tcPr>
            <w:tcW w:w="6072" w:type="dxa"/>
            <w:gridSpan w:val="3"/>
          </w:tcPr>
          <w:p w14:paraId="4ED675AA" w14:textId="77777777" w:rsidR="00D54DA8" w:rsidRDefault="00D54DA8">
            <w:pPr>
              <w:rPr>
                <w:lang w:val="es-CL"/>
              </w:rPr>
            </w:pPr>
          </w:p>
        </w:tc>
      </w:tr>
      <w:tr w:rsidR="00D54DA8" w14:paraId="57ECBD3E" w14:textId="77777777" w:rsidTr="00285F00">
        <w:tc>
          <w:tcPr>
            <w:tcW w:w="2558" w:type="dxa"/>
          </w:tcPr>
          <w:p w14:paraId="2F2D375B" w14:textId="3943E578" w:rsidR="00D54DA8" w:rsidRDefault="00D54DA8" w:rsidP="00D54DA8">
            <w:pPr>
              <w:rPr>
                <w:lang w:val="es-CL"/>
              </w:rPr>
            </w:pPr>
            <w:r>
              <w:rPr>
                <w:lang w:val="es-CL"/>
              </w:rPr>
              <w:t>Ciudad de Residencia:</w:t>
            </w:r>
          </w:p>
        </w:tc>
        <w:tc>
          <w:tcPr>
            <w:tcW w:w="6072" w:type="dxa"/>
            <w:gridSpan w:val="3"/>
          </w:tcPr>
          <w:p w14:paraId="74B17BF1" w14:textId="77777777" w:rsidR="00D54DA8" w:rsidRDefault="00D54DA8">
            <w:pPr>
              <w:rPr>
                <w:lang w:val="es-CL"/>
              </w:rPr>
            </w:pPr>
          </w:p>
        </w:tc>
      </w:tr>
    </w:tbl>
    <w:p w14:paraId="400C3CAF" w14:textId="777939E5" w:rsidR="00213E1F" w:rsidRPr="008A7FA6" w:rsidRDefault="00213E1F" w:rsidP="00D54DA8">
      <w:pPr>
        <w:tabs>
          <w:tab w:val="left" w:pos="3480"/>
        </w:tabs>
        <w:rPr>
          <w:lang w:val="es-CL"/>
        </w:rPr>
      </w:pPr>
    </w:p>
    <w:tbl>
      <w:tblPr>
        <w:tblStyle w:val="Tablaconcuadrcula"/>
        <w:tblpPr w:leftFromText="141" w:rightFromText="141" w:vertAnchor="text" w:horzAnchor="margin" w:tblpY="22"/>
        <w:tblW w:w="8642" w:type="dxa"/>
        <w:tblLayout w:type="fixed"/>
        <w:tblLook w:val="04A0" w:firstRow="1" w:lastRow="0" w:firstColumn="1" w:lastColumn="0" w:noHBand="0" w:noVBand="1"/>
      </w:tblPr>
      <w:tblGrid>
        <w:gridCol w:w="2132"/>
        <w:gridCol w:w="4100"/>
        <w:gridCol w:w="2410"/>
      </w:tblGrid>
      <w:tr w:rsidR="004A31B8" w14:paraId="22DE0FD2" w14:textId="77777777" w:rsidTr="004A31B8">
        <w:tc>
          <w:tcPr>
            <w:tcW w:w="2132" w:type="dxa"/>
          </w:tcPr>
          <w:p w14:paraId="346097D9" w14:textId="77777777" w:rsidR="004A31B8" w:rsidRDefault="004A31B8" w:rsidP="004A31B8">
            <w:pPr>
              <w:jc w:val="center"/>
              <w:rPr>
                <w:lang w:val="es-CL"/>
              </w:rPr>
            </w:pPr>
            <w:r>
              <w:rPr>
                <w:lang w:val="es-CL"/>
              </w:rPr>
              <w:t>Tipo de carga</w:t>
            </w:r>
          </w:p>
        </w:tc>
        <w:tc>
          <w:tcPr>
            <w:tcW w:w="4100" w:type="dxa"/>
          </w:tcPr>
          <w:p w14:paraId="78AE273C" w14:textId="77777777" w:rsidR="004A31B8" w:rsidRDefault="004A31B8" w:rsidP="004A31B8">
            <w:pPr>
              <w:jc w:val="center"/>
              <w:rPr>
                <w:lang w:val="es-CL"/>
              </w:rPr>
            </w:pPr>
            <w:r>
              <w:rPr>
                <w:lang w:val="es-CL"/>
              </w:rPr>
              <w:t>Nombre</w:t>
            </w:r>
          </w:p>
        </w:tc>
        <w:tc>
          <w:tcPr>
            <w:tcW w:w="2410" w:type="dxa"/>
          </w:tcPr>
          <w:p w14:paraId="4C242CF8" w14:textId="77777777" w:rsidR="004A31B8" w:rsidRDefault="004A31B8" w:rsidP="004A31B8">
            <w:pPr>
              <w:jc w:val="center"/>
              <w:rPr>
                <w:lang w:val="es-CL"/>
              </w:rPr>
            </w:pPr>
            <w:r>
              <w:rPr>
                <w:lang w:val="es-CL"/>
              </w:rPr>
              <w:t>Fecha de nacimiento</w:t>
            </w:r>
          </w:p>
        </w:tc>
      </w:tr>
      <w:tr w:rsidR="004A31B8" w14:paraId="441DC40C" w14:textId="77777777" w:rsidTr="004A31B8">
        <w:tc>
          <w:tcPr>
            <w:tcW w:w="2132" w:type="dxa"/>
          </w:tcPr>
          <w:p w14:paraId="3C11AA14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4100" w:type="dxa"/>
          </w:tcPr>
          <w:p w14:paraId="0CB6A35A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2410" w:type="dxa"/>
          </w:tcPr>
          <w:p w14:paraId="55A55E41" w14:textId="77777777" w:rsidR="004A31B8" w:rsidRDefault="004A31B8" w:rsidP="004A31B8">
            <w:pPr>
              <w:rPr>
                <w:lang w:val="es-CL"/>
              </w:rPr>
            </w:pPr>
          </w:p>
        </w:tc>
      </w:tr>
      <w:tr w:rsidR="004A31B8" w14:paraId="439FAEDF" w14:textId="77777777" w:rsidTr="004A31B8">
        <w:tc>
          <w:tcPr>
            <w:tcW w:w="2132" w:type="dxa"/>
          </w:tcPr>
          <w:p w14:paraId="44F6D16F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4100" w:type="dxa"/>
          </w:tcPr>
          <w:p w14:paraId="4BCD5754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2410" w:type="dxa"/>
          </w:tcPr>
          <w:p w14:paraId="1F9C20B6" w14:textId="77777777" w:rsidR="004A31B8" w:rsidRDefault="004A31B8" w:rsidP="004A31B8">
            <w:pPr>
              <w:rPr>
                <w:lang w:val="es-CL"/>
              </w:rPr>
            </w:pPr>
          </w:p>
        </w:tc>
      </w:tr>
      <w:tr w:rsidR="004A31B8" w14:paraId="25DBC897" w14:textId="77777777" w:rsidTr="004A31B8">
        <w:tc>
          <w:tcPr>
            <w:tcW w:w="2132" w:type="dxa"/>
          </w:tcPr>
          <w:p w14:paraId="60048929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4100" w:type="dxa"/>
          </w:tcPr>
          <w:p w14:paraId="290ED62B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2410" w:type="dxa"/>
          </w:tcPr>
          <w:p w14:paraId="393AF528" w14:textId="77777777" w:rsidR="004A31B8" w:rsidRDefault="004A31B8" w:rsidP="004A31B8">
            <w:pPr>
              <w:rPr>
                <w:lang w:val="es-CL"/>
              </w:rPr>
            </w:pPr>
          </w:p>
        </w:tc>
      </w:tr>
      <w:tr w:rsidR="004A31B8" w14:paraId="73EC6B78" w14:textId="77777777" w:rsidTr="004A31B8">
        <w:tc>
          <w:tcPr>
            <w:tcW w:w="2132" w:type="dxa"/>
          </w:tcPr>
          <w:p w14:paraId="7BAB0026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4100" w:type="dxa"/>
          </w:tcPr>
          <w:p w14:paraId="6A31B3F4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2410" w:type="dxa"/>
          </w:tcPr>
          <w:p w14:paraId="0FD1851D" w14:textId="77777777" w:rsidR="004A31B8" w:rsidRDefault="004A31B8" w:rsidP="004A31B8">
            <w:pPr>
              <w:rPr>
                <w:lang w:val="es-CL"/>
              </w:rPr>
            </w:pPr>
          </w:p>
        </w:tc>
      </w:tr>
      <w:tr w:rsidR="004A31B8" w14:paraId="35213B68" w14:textId="77777777" w:rsidTr="004A31B8">
        <w:tc>
          <w:tcPr>
            <w:tcW w:w="2132" w:type="dxa"/>
          </w:tcPr>
          <w:p w14:paraId="4FE3D4CD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4100" w:type="dxa"/>
          </w:tcPr>
          <w:p w14:paraId="7267A033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2410" w:type="dxa"/>
          </w:tcPr>
          <w:p w14:paraId="0C79BBAB" w14:textId="77777777" w:rsidR="004A31B8" w:rsidRDefault="004A31B8" w:rsidP="004A31B8">
            <w:pPr>
              <w:rPr>
                <w:lang w:val="es-CL"/>
              </w:rPr>
            </w:pPr>
          </w:p>
        </w:tc>
      </w:tr>
      <w:tr w:rsidR="004A31B8" w14:paraId="5D96792F" w14:textId="77777777" w:rsidTr="004A31B8">
        <w:tc>
          <w:tcPr>
            <w:tcW w:w="2132" w:type="dxa"/>
          </w:tcPr>
          <w:p w14:paraId="56F0C5AB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4100" w:type="dxa"/>
          </w:tcPr>
          <w:p w14:paraId="6DDC167F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2410" w:type="dxa"/>
          </w:tcPr>
          <w:p w14:paraId="2F57FD20" w14:textId="77777777" w:rsidR="004A31B8" w:rsidRDefault="004A31B8" w:rsidP="004A31B8">
            <w:pPr>
              <w:rPr>
                <w:lang w:val="es-CL"/>
              </w:rPr>
            </w:pPr>
          </w:p>
        </w:tc>
      </w:tr>
      <w:tr w:rsidR="004A31B8" w14:paraId="738471EC" w14:textId="77777777" w:rsidTr="004A31B8">
        <w:tc>
          <w:tcPr>
            <w:tcW w:w="2132" w:type="dxa"/>
          </w:tcPr>
          <w:p w14:paraId="70B3E1A1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4100" w:type="dxa"/>
          </w:tcPr>
          <w:p w14:paraId="3FE3CA5C" w14:textId="77777777" w:rsidR="004A31B8" w:rsidRDefault="004A31B8" w:rsidP="004A31B8">
            <w:pPr>
              <w:rPr>
                <w:lang w:val="es-CL"/>
              </w:rPr>
            </w:pPr>
          </w:p>
        </w:tc>
        <w:tc>
          <w:tcPr>
            <w:tcW w:w="2410" w:type="dxa"/>
          </w:tcPr>
          <w:p w14:paraId="20D7026A" w14:textId="77777777" w:rsidR="004A31B8" w:rsidRDefault="004A31B8" w:rsidP="004A31B8">
            <w:pPr>
              <w:rPr>
                <w:lang w:val="es-CL"/>
              </w:rPr>
            </w:pPr>
          </w:p>
        </w:tc>
      </w:tr>
    </w:tbl>
    <w:p w14:paraId="200F0F2B" w14:textId="722D0B55" w:rsidR="00837FD7" w:rsidRDefault="00837FD7">
      <w:pPr>
        <w:rPr>
          <w:lang w:val="es-CL"/>
        </w:rPr>
      </w:pPr>
    </w:p>
    <w:p w14:paraId="3CB1B14D" w14:textId="77777777" w:rsidR="00D54DA8" w:rsidRDefault="00D54DA8" w:rsidP="00863499">
      <w:pPr>
        <w:pStyle w:val="Ttulo2"/>
        <w:jc w:val="center"/>
        <w:rPr>
          <w:lang w:val="es-CL"/>
        </w:rPr>
      </w:pPr>
    </w:p>
    <w:p w14:paraId="3EC88036" w14:textId="77777777" w:rsidR="004A31B8" w:rsidRDefault="004A31B8" w:rsidP="004A31B8">
      <w:pPr>
        <w:rPr>
          <w:lang w:val="es-CL"/>
        </w:rPr>
      </w:pPr>
    </w:p>
    <w:p w14:paraId="5CBA8636" w14:textId="77777777" w:rsidR="004A31B8" w:rsidRPr="004A31B8" w:rsidRDefault="004A31B8" w:rsidP="004A31B8">
      <w:pPr>
        <w:rPr>
          <w:lang w:val="es-CL"/>
        </w:rPr>
      </w:pPr>
    </w:p>
    <w:p w14:paraId="0E696DF0" w14:textId="07EBA86C" w:rsidR="00213E1F" w:rsidRPr="008A7FA6" w:rsidRDefault="00000000" w:rsidP="00863499">
      <w:pPr>
        <w:pStyle w:val="Ttulo2"/>
        <w:jc w:val="center"/>
        <w:rPr>
          <w:lang w:val="es-CL"/>
        </w:rPr>
      </w:pPr>
      <w:r w:rsidRPr="008A7FA6">
        <w:rPr>
          <w:lang w:val="es-CL"/>
        </w:rPr>
        <w:t>FIRMA</w:t>
      </w:r>
    </w:p>
    <w:p w14:paraId="137C7DA4" w14:textId="6FDB4A46" w:rsidR="00B20A57" w:rsidRPr="009D020F" w:rsidRDefault="00863499">
      <w:pPr>
        <w:rPr>
          <w:lang w:val="es-CL"/>
        </w:rPr>
      </w:pPr>
      <w:r>
        <w:rPr>
          <w:lang w:val="es-CL"/>
        </w:rPr>
        <w:t xml:space="preserve">                                                            </w:t>
      </w:r>
      <w:r w:rsidRPr="008A7FA6">
        <w:rPr>
          <w:lang w:val="es-CL"/>
        </w:rPr>
        <w:t>____________</w:t>
      </w:r>
      <w:r w:rsidR="00B20A57">
        <w:rPr>
          <w:lang w:val="es-CL"/>
        </w:rPr>
        <w:t>_______________________</w:t>
      </w:r>
    </w:p>
    <w:sectPr w:rsidR="00B20A57" w:rsidRPr="009D020F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B7FAA" w14:textId="77777777" w:rsidR="00394A00" w:rsidRDefault="00394A00" w:rsidP="008A7FA6">
      <w:pPr>
        <w:spacing w:after="0" w:line="240" w:lineRule="auto"/>
      </w:pPr>
      <w:r>
        <w:separator/>
      </w:r>
    </w:p>
  </w:endnote>
  <w:endnote w:type="continuationSeparator" w:id="0">
    <w:p w14:paraId="38BC6FF7" w14:textId="77777777" w:rsidR="00394A00" w:rsidRDefault="00394A00" w:rsidP="008A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012E3" w14:textId="77777777" w:rsidR="00394A00" w:rsidRDefault="00394A00" w:rsidP="008A7FA6">
      <w:pPr>
        <w:spacing w:after="0" w:line="240" w:lineRule="auto"/>
      </w:pPr>
      <w:r>
        <w:separator/>
      </w:r>
    </w:p>
  </w:footnote>
  <w:footnote w:type="continuationSeparator" w:id="0">
    <w:p w14:paraId="3C50C349" w14:textId="77777777" w:rsidR="00394A00" w:rsidRDefault="00394A00" w:rsidP="008A7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D9C02" w14:textId="7AC6E4DC" w:rsidR="0031036C" w:rsidRDefault="0031036C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829E2E" wp14:editId="478E1B33">
          <wp:simplePos x="0" y="0"/>
          <wp:positionH relativeFrom="margin">
            <wp:posOffset>2095500</wp:posOffset>
          </wp:positionH>
          <wp:positionV relativeFrom="paragraph">
            <wp:posOffset>-381000</wp:posOffset>
          </wp:positionV>
          <wp:extent cx="1084323" cy="1009650"/>
          <wp:effectExtent l="0" t="0" r="1905" b="0"/>
          <wp:wrapNone/>
          <wp:docPr id="113047837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478376" name="Imagen 1130478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4323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3988797">
    <w:abstractNumId w:val="8"/>
  </w:num>
  <w:num w:numId="2" w16cid:durableId="2009211455">
    <w:abstractNumId w:val="6"/>
  </w:num>
  <w:num w:numId="3" w16cid:durableId="1944800922">
    <w:abstractNumId w:val="5"/>
  </w:num>
  <w:num w:numId="4" w16cid:durableId="697316447">
    <w:abstractNumId w:val="4"/>
  </w:num>
  <w:num w:numId="5" w16cid:durableId="87120603">
    <w:abstractNumId w:val="7"/>
  </w:num>
  <w:num w:numId="6" w16cid:durableId="1213037317">
    <w:abstractNumId w:val="3"/>
  </w:num>
  <w:num w:numId="7" w16cid:durableId="1652824721">
    <w:abstractNumId w:val="2"/>
  </w:num>
  <w:num w:numId="8" w16cid:durableId="1314527477">
    <w:abstractNumId w:val="1"/>
  </w:num>
  <w:num w:numId="9" w16cid:durableId="1132482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E96"/>
    <w:rsid w:val="00025808"/>
    <w:rsid w:val="0003106E"/>
    <w:rsid w:val="00034616"/>
    <w:rsid w:val="00055B50"/>
    <w:rsid w:val="0006063C"/>
    <w:rsid w:val="00064AA0"/>
    <w:rsid w:val="00073A3F"/>
    <w:rsid w:val="001161A1"/>
    <w:rsid w:val="0015074B"/>
    <w:rsid w:val="00163B2B"/>
    <w:rsid w:val="001B0D6E"/>
    <w:rsid w:val="00213E1F"/>
    <w:rsid w:val="00244F33"/>
    <w:rsid w:val="00245674"/>
    <w:rsid w:val="0029639D"/>
    <w:rsid w:val="002E0221"/>
    <w:rsid w:val="00307FD6"/>
    <w:rsid w:val="0031036C"/>
    <w:rsid w:val="00326F90"/>
    <w:rsid w:val="003279F2"/>
    <w:rsid w:val="0034324E"/>
    <w:rsid w:val="00367219"/>
    <w:rsid w:val="0038097D"/>
    <w:rsid w:val="00394A00"/>
    <w:rsid w:val="003C3C57"/>
    <w:rsid w:val="003E1360"/>
    <w:rsid w:val="004079ED"/>
    <w:rsid w:val="00481EB6"/>
    <w:rsid w:val="004A31B8"/>
    <w:rsid w:val="004E5177"/>
    <w:rsid w:val="00585CDA"/>
    <w:rsid w:val="005E3553"/>
    <w:rsid w:val="0063099E"/>
    <w:rsid w:val="00665621"/>
    <w:rsid w:val="006E13F8"/>
    <w:rsid w:val="007633D2"/>
    <w:rsid w:val="00782032"/>
    <w:rsid w:val="007C7E95"/>
    <w:rsid w:val="007E587C"/>
    <w:rsid w:val="007F48F7"/>
    <w:rsid w:val="00837FD7"/>
    <w:rsid w:val="00863499"/>
    <w:rsid w:val="00867D36"/>
    <w:rsid w:val="008A7FA6"/>
    <w:rsid w:val="009D020F"/>
    <w:rsid w:val="00A00F67"/>
    <w:rsid w:val="00A21B91"/>
    <w:rsid w:val="00A47354"/>
    <w:rsid w:val="00A84EDC"/>
    <w:rsid w:val="00AA1D8D"/>
    <w:rsid w:val="00AB3D66"/>
    <w:rsid w:val="00AE5E75"/>
    <w:rsid w:val="00AE7DEE"/>
    <w:rsid w:val="00B17664"/>
    <w:rsid w:val="00B20A57"/>
    <w:rsid w:val="00B42FE1"/>
    <w:rsid w:val="00B4718F"/>
    <w:rsid w:val="00B47730"/>
    <w:rsid w:val="00CB0664"/>
    <w:rsid w:val="00D41741"/>
    <w:rsid w:val="00D44086"/>
    <w:rsid w:val="00D5080B"/>
    <w:rsid w:val="00D54DA8"/>
    <w:rsid w:val="00E52642"/>
    <w:rsid w:val="00E91913"/>
    <w:rsid w:val="00EE21C1"/>
    <w:rsid w:val="00F122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9F6CA5"/>
  <w14:defaultImageDpi w14:val="330"/>
  <w15:docId w15:val="{6B38626B-A66D-405A-9259-87F2B55C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D4408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F56202401F4B058309EBF2895E9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477A5-4C32-4934-B82E-B61F7D91E1BB}"/>
      </w:docPartPr>
      <w:docPartBody>
        <w:p w:rsidR="00000000" w:rsidRDefault="003552A7" w:rsidP="003552A7">
          <w:pPr>
            <w:pStyle w:val="86F56202401F4B058309EBF2895E9F49"/>
          </w:pPr>
          <w:r w:rsidRPr="009D0049">
            <w:rPr>
              <w:rStyle w:val="Textodelmarcadordeposicin"/>
            </w:rPr>
            <w:t>Elija un elemento.</w:t>
          </w:r>
        </w:p>
      </w:docPartBody>
    </w:docPart>
    <w:docPart>
      <w:docPartPr>
        <w:name w:val="E1DF9872775E48979172D762E60A6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8F8BF-7521-47B6-B77A-1F30D9AC487F}"/>
      </w:docPartPr>
      <w:docPartBody>
        <w:p w:rsidR="00000000" w:rsidRDefault="003552A7" w:rsidP="003552A7">
          <w:pPr>
            <w:pStyle w:val="E1DF9872775E48979172D762E60A625E"/>
          </w:pPr>
          <w:r w:rsidRPr="009D0049">
            <w:rPr>
              <w:rStyle w:val="Textodelmarcadordeposicin"/>
            </w:rPr>
            <w:t>Elija un elemento.</w:t>
          </w:r>
        </w:p>
      </w:docPartBody>
    </w:docPart>
    <w:docPart>
      <w:docPartPr>
        <w:name w:val="3974659DAE5D4C00A62C91E7579FB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3B817-4CAE-4EB0-90DA-E396795A4C47}"/>
      </w:docPartPr>
      <w:docPartBody>
        <w:p w:rsidR="00000000" w:rsidRDefault="003552A7" w:rsidP="003552A7">
          <w:pPr>
            <w:pStyle w:val="3974659DAE5D4C00A62C91E7579FB773"/>
          </w:pPr>
          <w:r w:rsidRPr="009D0049">
            <w:rPr>
              <w:rStyle w:val="Textodelmarcadordeposicin"/>
            </w:rPr>
            <w:t>Elija un elemento.</w:t>
          </w:r>
        </w:p>
      </w:docPartBody>
    </w:docPart>
    <w:docPart>
      <w:docPartPr>
        <w:name w:val="DE43DEA66C524B3780B32A51232F8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916BBD-0A28-4220-9FB7-D801EE777864}"/>
      </w:docPartPr>
      <w:docPartBody>
        <w:p w:rsidR="00000000" w:rsidRDefault="003552A7" w:rsidP="003552A7">
          <w:pPr>
            <w:pStyle w:val="DE43DEA66C524B3780B32A51232F8473"/>
          </w:pPr>
          <w:r w:rsidRPr="009D0049">
            <w:rPr>
              <w:rStyle w:val="Textodelmarcadordeposicin"/>
            </w:rPr>
            <w:t>Elija un elemento.</w:t>
          </w:r>
        </w:p>
      </w:docPartBody>
    </w:docPart>
    <w:docPart>
      <w:docPartPr>
        <w:name w:val="C054BD48A32949449D6950F08D0DD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21A1B-5966-4787-9423-20BD28DC046A}"/>
      </w:docPartPr>
      <w:docPartBody>
        <w:p w:rsidR="00000000" w:rsidRDefault="003552A7" w:rsidP="003552A7">
          <w:pPr>
            <w:pStyle w:val="C054BD48A32949449D6950F08D0DD7A9"/>
          </w:pPr>
          <w:r w:rsidRPr="009D0049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4D4"/>
    <w:rsid w:val="00072703"/>
    <w:rsid w:val="00073A3F"/>
    <w:rsid w:val="001161A1"/>
    <w:rsid w:val="003168A0"/>
    <w:rsid w:val="003279F2"/>
    <w:rsid w:val="0034324E"/>
    <w:rsid w:val="003552A7"/>
    <w:rsid w:val="00481EB6"/>
    <w:rsid w:val="005D7B3C"/>
    <w:rsid w:val="0063099E"/>
    <w:rsid w:val="00665621"/>
    <w:rsid w:val="00767309"/>
    <w:rsid w:val="007E7222"/>
    <w:rsid w:val="007E7A06"/>
    <w:rsid w:val="00845088"/>
    <w:rsid w:val="008477A4"/>
    <w:rsid w:val="009E7E56"/>
    <w:rsid w:val="00A44138"/>
    <w:rsid w:val="00AE5E75"/>
    <w:rsid w:val="00B46D29"/>
    <w:rsid w:val="00B4718F"/>
    <w:rsid w:val="00C867F7"/>
    <w:rsid w:val="00D43C73"/>
    <w:rsid w:val="00D874D4"/>
    <w:rsid w:val="00E04537"/>
    <w:rsid w:val="00E35BDC"/>
    <w:rsid w:val="00E92F83"/>
    <w:rsid w:val="00F1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552A7"/>
    <w:rPr>
      <w:color w:val="666666"/>
    </w:rPr>
  </w:style>
  <w:style w:type="paragraph" w:customStyle="1" w:styleId="7E2BC8A639574A4FB8C265236F4B4690">
    <w:name w:val="7E2BC8A639574A4FB8C265236F4B4690"/>
    <w:rsid w:val="007E7222"/>
  </w:style>
  <w:style w:type="paragraph" w:customStyle="1" w:styleId="D43BD328D82D43C28F5B6692D12F7308">
    <w:name w:val="D43BD328D82D43C28F5B6692D12F7308"/>
    <w:rsid w:val="003552A7"/>
  </w:style>
  <w:style w:type="paragraph" w:customStyle="1" w:styleId="7C461B436ACC4C4B9BCC12D2965BE265">
    <w:name w:val="7C461B436ACC4C4B9BCC12D2965BE265"/>
    <w:rsid w:val="003552A7"/>
  </w:style>
  <w:style w:type="paragraph" w:customStyle="1" w:styleId="97D9630C22724B9091928152A26E9452">
    <w:name w:val="97D9630C22724B9091928152A26E9452"/>
    <w:rsid w:val="003552A7"/>
  </w:style>
  <w:style w:type="paragraph" w:customStyle="1" w:styleId="86F56202401F4B058309EBF2895E9F49">
    <w:name w:val="86F56202401F4B058309EBF2895E9F49"/>
    <w:rsid w:val="003552A7"/>
  </w:style>
  <w:style w:type="paragraph" w:customStyle="1" w:styleId="37F644988C1A4B3393BD2043DC79934C">
    <w:name w:val="37F644988C1A4B3393BD2043DC79934C"/>
    <w:rsid w:val="003552A7"/>
  </w:style>
  <w:style w:type="paragraph" w:customStyle="1" w:styleId="E1DF9872775E48979172D762E60A625E">
    <w:name w:val="E1DF9872775E48979172D762E60A625E"/>
    <w:rsid w:val="003552A7"/>
  </w:style>
  <w:style w:type="paragraph" w:customStyle="1" w:styleId="6DB56C9F32C740838145560E6D0ACD9B">
    <w:name w:val="6DB56C9F32C740838145560E6D0ACD9B"/>
    <w:rsid w:val="003552A7"/>
  </w:style>
  <w:style w:type="paragraph" w:customStyle="1" w:styleId="F257FECE3EDD4495AC9DAA6F7176CD6E">
    <w:name w:val="F257FECE3EDD4495AC9DAA6F7176CD6E"/>
    <w:rsid w:val="003552A7"/>
  </w:style>
  <w:style w:type="paragraph" w:customStyle="1" w:styleId="E5714F94044A461CAC57560279855D54">
    <w:name w:val="E5714F94044A461CAC57560279855D54"/>
    <w:rsid w:val="003552A7"/>
  </w:style>
  <w:style w:type="paragraph" w:customStyle="1" w:styleId="97190F3179DD4F89A2FFEB8FFAF48ABA">
    <w:name w:val="97190F3179DD4F89A2FFEB8FFAF48ABA"/>
    <w:rsid w:val="003552A7"/>
  </w:style>
  <w:style w:type="paragraph" w:customStyle="1" w:styleId="4D9E293968534E069C03E249E165DC2C">
    <w:name w:val="4D9E293968534E069C03E249E165DC2C"/>
    <w:rsid w:val="003552A7"/>
  </w:style>
  <w:style w:type="paragraph" w:customStyle="1" w:styleId="E1E29C3DA22B4F0294BD782722DDD5DA">
    <w:name w:val="E1E29C3DA22B4F0294BD782722DDD5DA"/>
    <w:rsid w:val="003552A7"/>
  </w:style>
  <w:style w:type="paragraph" w:customStyle="1" w:styleId="829F3531332749F18A71DF56D0F91F42">
    <w:name w:val="829F3531332749F18A71DF56D0F91F42"/>
    <w:rsid w:val="003552A7"/>
  </w:style>
  <w:style w:type="paragraph" w:customStyle="1" w:styleId="53CB7C92066A4CC68EAA2651490A6E86">
    <w:name w:val="53CB7C92066A4CC68EAA2651490A6E86"/>
    <w:rsid w:val="003552A7"/>
  </w:style>
  <w:style w:type="paragraph" w:customStyle="1" w:styleId="10383D786C514CEDA2DDBBAA103EE56B">
    <w:name w:val="10383D786C514CEDA2DDBBAA103EE56B"/>
    <w:rsid w:val="003552A7"/>
  </w:style>
  <w:style w:type="paragraph" w:customStyle="1" w:styleId="4E834AAA64434009B6F9E0DE0F13400B">
    <w:name w:val="4E834AAA64434009B6F9E0DE0F13400B"/>
    <w:rsid w:val="003552A7"/>
  </w:style>
  <w:style w:type="paragraph" w:customStyle="1" w:styleId="3974659DAE5D4C00A62C91E7579FB773">
    <w:name w:val="3974659DAE5D4C00A62C91E7579FB773"/>
    <w:rsid w:val="003552A7"/>
  </w:style>
  <w:style w:type="paragraph" w:customStyle="1" w:styleId="00A844C849974E3FBFF50FC6E1F38096">
    <w:name w:val="00A844C849974E3FBFF50FC6E1F38096"/>
    <w:rsid w:val="003552A7"/>
  </w:style>
  <w:style w:type="paragraph" w:customStyle="1" w:styleId="DE43DEA66C524B3780B32A51232F8473">
    <w:name w:val="DE43DEA66C524B3780B32A51232F8473"/>
    <w:rsid w:val="003552A7"/>
  </w:style>
  <w:style w:type="paragraph" w:customStyle="1" w:styleId="C054BD48A32949449D6950F08D0DD7A9">
    <w:name w:val="C054BD48A32949449D6950F08D0DD7A9"/>
    <w:rsid w:val="003552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Jorge Ignacio Muñoz Rubilar</cp:lastModifiedBy>
  <cp:revision>15</cp:revision>
  <dcterms:created xsi:type="dcterms:W3CDTF">2026-10-06T18:57:00Z</dcterms:created>
  <dcterms:modified xsi:type="dcterms:W3CDTF">2026-10-21T20:25:00Z</dcterms:modified>
  <cp:category/>
</cp:coreProperties>
</file>